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23B7" w14:textId="77777777" w:rsidR="009F41E3" w:rsidRDefault="009F41E3" w:rsidP="009F41E3">
      <w:pPr>
        <w:pStyle w:val="NormalWeb"/>
      </w:pPr>
      <w:r>
        <w:rPr>
          <w:rStyle w:val="Strong"/>
        </w:rPr>
        <w:t>Alessa Polito</w:t>
      </w:r>
      <w:r>
        <w:br/>
        <w:t>Calgary, Alberta</w:t>
      </w:r>
      <w:r>
        <w:br/>
      </w:r>
      <w:hyperlink r:id="rId8" w:history="1">
        <w:r>
          <w:rPr>
            <w:rStyle w:val="Hyperlink"/>
          </w:rPr>
          <w:t>Alessa.Polito@ucalgary.ca</w:t>
        </w:r>
      </w:hyperlink>
      <w:r>
        <w:br/>
        <w:t>403-796-8222</w:t>
      </w:r>
    </w:p>
    <w:p w14:paraId="2069F561" w14:textId="77777777" w:rsidR="009F41E3" w:rsidRDefault="009F41E3" w:rsidP="009F41E3">
      <w:pPr>
        <w:pStyle w:val="NormalWeb"/>
      </w:pPr>
      <w:r>
        <w:t>October 19, 2026</w:t>
      </w:r>
    </w:p>
    <w:p w14:paraId="1BF7522C" w14:textId="77777777" w:rsidR="009F41E3" w:rsidRPr="009F41E3" w:rsidRDefault="009F41E3" w:rsidP="009F41E3">
      <w:pPr>
        <w:pStyle w:val="NormalWeb"/>
        <w:rPr>
          <w:b/>
          <w:bCs/>
        </w:rPr>
      </w:pPr>
      <w:r w:rsidRPr="009F41E3">
        <w:rPr>
          <w:rStyle w:val="Strong"/>
          <w:b w:val="0"/>
          <w:bCs w:val="0"/>
        </w:rPr>
        <w:t>Re: Application to Pursue Ordination in the Presbyterian Church in Canada</w:t>
      </w:r>
    </w:p>
    <w:p w14:paraId="0B2408B6" w14:textId="77777777" w:rsidR="009F41E3" w:rsidRDefault="009F41E3" w:rsidP="009F41E3">
      <w:pPr>
        <w:pStyle w:val="NormalWeb"/>
        <w:ind w:firstLine="720"/>
      </w:pPr>
      <w:r>
        <w:t>I am writing to express my sincere interest in pursuing ordination to the Ministry of Word and Sacraments within the Presbyterian Church in Canada. My sense of calling has developed through years of theological study, congregational ministry, preaching, and teaching, all of which have deepened my conviction that God is calling me to serve the Church through ordained ministry.</w:t>
      </w:r>
    </w:p>
    <w:p w14:paraId="006EEFAF" w14:textId="70C43594" w:rsidR="009F41E3" w:rsidRDefault="009F41E3" w:rsidP="009F41E3">
      <w:pPr>
        <w:pStyle w:val="NormalWeb"/>
        <w:ind w:firstLine="720"/>
      </w:pPr>
      <w:r>
        <w:t>My journey in ministry has been shaped by both academic formation and practical pastoral experience. I hold a Bachelor of Church Ministry and a Master of Divinity from Ambrose University, and I am currently pursuing a PhD in Religious Studies at the University of Calgary</w:t>
      </w:r>
      <w:r>
        <w:t>, wherein I specialize in philosophy and theology</w:t>
      </w:r>
      <w:r>
        <w:t>. Alongside my academic work, I have served in various ministry capacities, including as an Associate Pastor at Hinton Alliance Church and, currently, as Youth Ministry Leader at Grace Presbyterian Church in Calgary. These opportunities have allowed me to develop my gifts in preaching, theological education, pastoral care, and congregational leadership.</w:t>
      </w:r>
    </w:p>
    <w:p w14:paraId="3AEDBD94" w14:textId="77777777" w:rsidR="009F41E3" w:rsidRDefault="009F41E3" w:rsidP="009F41E3">
      <w:pPr>
        <w:pStyle w:val="NormalWeb"/>
        <w:ind w:firstLine="720"/>
      </w:pPr>
      <w:r>
        <w:t>I am particularly drawn to the Presbyterian tradition because of its rich Reformed theological heritage, its emphasis on the centrality of Scripture, and its commitment to thoughtful theological reflection and communal discernment. I value the Presbyterian understanding of ministry as something exercised within and on behalf of the wider Church, where leadership is rooted in service, accountability, and the shared responsibility of God's people. My experience at Grace Presbyterian Church has further strengthened my appreciation for this tradition and its approach to worship, discipleship, and congregational life.</w:t>
      </w:r>
    </w:p>
    <w:p w14:paraId="4C2AD56D" w14:textId="46A23E3C" w:rsidR="009F41E3" w:rsidRDefault="009F41E3" w:rsidP="009F41E3">
      <w:pPr>
        <w:pStyle w:val="NormalWeb"/>
        <w:ind w:firstLine="720"/>
      </w:pPr>
      <w:r>
        <w:t>Thank you for considering my expression of interest. I welcome the opportunity to continue discerning this vocation in conversation with the Church and its representatives.</w:t>
      </w:r>
    </w:p>
    <w:p w14:paraId="224A966F" w14:textId="77777777" w:rsidR="009F41E3" w:rsidRDefault="009F41E3" w:rsidP="009F41E3">
      <w:pPr>
        <w:pStyle w:val="NormalWeb"/>
      </w:pPr>
      <w:r>
        <w:t>Sincerely,</w:t>
      </w:r>
    </w:p>
    <w:p w14:paraId="2279E004" w14:textId="77777777" w:rsidR="009F41E3" w:rsidRPr="009F41E3" w:rsidRDefault="009F41E3" w:rsidP="009F41E3">
      <w:pPr>
        <w:pStyle w:val="NormalWeb"/>
        <w:rPr>
          <w:b/>
          <w:bCs/>
        </w:rPr>
      </w:pPr>
      <w:r w:rsidRPr="009F41E3">
        <w:rPr>
          <w:rStyle w:val="Strong"/>
          <w:b w:val="0"/>
          <w:bCs w:val="0"/>
        </w:rPr>
        <w:t>Alessa Polito</w:t>
      </w:r>
    </w:p>
    <w:p w14:paraId="798A0F03" w14:textId="77777777" w:rsidR="009F41E3" w:rsidRDefault="009F41E3">
      <w:pPr>
        <w:spacing w:after="40"/>
        <w:rPr>
          <w:b/>
          <w:color w:val="182F44"/>
          <w:sz w:val="46"/>
        </w:rPr>
      </w:pPr>
    </w:p>
    <w:p w14:paraId="7840CBAE" w14:textId="77777777" w:rsidR="009F41E3" w:rsidRDefault="009F41E3">
      <w:pPr>
        <w:spacing w:after="40"/>
        <w:rPr>
          <w:b/>
          <w:color w:val="182F44"/>
          <w:sz w:val="46"/>
        </w:rPr>
      </w:pPr>
    </w:p>
    <w:p w14:paraId="77F0C015" w14:textId="77777777" w:rsidR="009F41E3" w:rsidRDefault="009F41E3">
      <w:pPr>
        <w:spacing w:after="40"/>
        <w:rPr>
          <w:b/>
          <w:color w:val="182F44"/>
          <w:sz w:val="46"/>
        </w:rPr>
      </w:pPr>
    </w:p>
    <w:p w14:paraId="2E3F496A" w14:textId="77777777" w:rsidR="009F41E3" w:rsidRDefault="009F41E3">
      <w:pPr>
        <w:spacing w:after="40"/>
        <w:rPr>
          <w:b/>
          <w:color w:val="182F44"/>
          <w:sz w:val="46"/>
        </w:rPr>
      </w:pPr>
    </w:p>
    <w:p w14:paraId="5DC66884" w14:textId="77777777" w:rsidR="00E117F2" w:rsidRDefault="00E117F2">
      <w:pPr>
        <w:spacing w:after="40"/>
        <w:rPr>
          <w:b/>
          <w:color w:val="182F44"/>
          <w:sz w:val="46"/>
        </w:rPr>
      </w:pPr>
    </w:p>
    <w:p w14:paraId="2D53B2AD" w14:textId="589EC3B2" w:rsidR="00F7563C" w:rsidRDefault="00000000">
      <w:pPr>
        <w:spacing w:after="40"/>
      </w:pPr>
      <w:r>
        <w:rPr>
          <w:b/>
          <w:color w:val="182F44"/>
          <w:sz w:val="46"/>
        </w:rPr>
        <w:lastRenderedPageBreak/>
        <w:t>ALESSA POLITO</w:t>
      </w:r>
    </w:p>
    <w:p w14:paraId="7EFA5722" w14:textId="77777777" w:rsidR="00F7563C" w:rsidRDefault="00000000">
      <w:pPr>
        <w:spacing w:after="180"/>
      </w:pPr>
      <w:r>
        <w:rPr>
          <w:color w:val="646F78"/>
        </w:rPr>
        <w:t>Calgary, Alberta   •   Alessa.Polito@ucalgary.ca   •   403-796-8222</w:t>
      </w:r>
    </w:p>
    <w:p w14:paraId="64EDADB5" w14:textId="3451E9C5" w:rsidR="00F7563C" w:rsidRDefault="00000000">
      <w:pPr>
        <w:spacing w:after="100"/>
      </w:pPr>
      <w:r>
        <w:rPr>
          <w:color w:val="14696F"/>
          <w:sz w:val="20"/>
        </w:rPr>
        <w:t xml:space="preserve">Religious Studies Doctoral </w:t>
      </w:r>
      <w:r w:rsidR="007D0909">
        <w:rPr>
          <w:color w:val="14696F"/>
          <w:sz w:val="20"/>
        </w:rPr>
        <w:t xml:space="preserve">Student </w:t>
      </w:r>
      <w:proofErr w:type="gramStart"/>
      <w:r w:rsidR="007D0909">
        <w:rPr>
          <w:color w:val="14696F"/>
          <w:sz w:val="20"/>
        </w:rPr>
        <w:t>|</w:t>
      </w:r>
      <w:r>
        <w:rPr>
          <w:color w:val="14696F"/>
          <w:sz w:val="20"/>
        </w:rPr>
        <w:t xml:space="preserve">  </w:t>
      </w:r>
      <w:r w:rsidR="00967F0D">
        <w:rPr>
          <w:color w:val="14696F"/>
          <w:sz w:val="20"/>
        </w:rPr>
        <w:t>Lecturer</w:t>
      </w:r>
      <w:proofErr w:type="gramEnd"/>
      <w:r>
        <w:rPr>
          <w:color w:val="14696F"/>
          <w:sz w:val="20"/>
        </w:rPr>
        <w:t xml:space="preserve">  </w:t>
      </w:r>
      <w:proofErr w:type="gramStart"/>
      <w:r>
        <w:rPr>
          <w:color w:val="14696F"/>
          <w:sz w:val="20"/>
        </w:rPr>
        <w:t>|  Ministry</w:t>
      </w:r>
      <w:proofErr w:type="gramEnd"/>
      <w:r>
        <w:rPr>
          <w:color w:val="14696F"/>
          <w:sz w:val="20"/>
        </w:rPr>
        <w:t xml:space="preserve"> Leader</w:t>
      </w:r>
    </w:p>
    <w:p w14:paraId="0D2DEA6C" w14:textId="77777777" w:rsidR="00F7563C" w:rsidRDefault="00000000">
      <w:pPr>
        <w:pBdr>
          <w:bottom w:val="single" w:sz="7" w:space="0" w:color="D6E0E3"/>
        </w:pBdr>
        <w:spacing w:before="240" w:after="100"/>
      </w:pPr>
      <w:r>
        <w:rPr>
          <w:b/>
          <w:color w:val="14696F"/>
        </w:rPr>
        <w:t>EDUCATION</w:t>
      </w:r>
    </w:p>
    <w:tbl>
      <w:tblPr>
        <w:tblW w:w="0" w:type="auto"/>
        <w:tblLayout w:type="fixed"/>
        <w:tblLook w:val="04A0" w:firstRow="1" w:lastRow="0" w:firstColumn="1" w:lastColumn="0" w:noHBand="0" w:noVBand="1"/>
      </w:tblPr>
      <w:tblGrid>
        <w:gridCol w:w="4939"/>
        <w:gridCol w:w="4939"/>
      </w:tblGrid>
      <w:tr w:rsidR="00F7563C" w14:paraId="30ACB90D" w14:textId="77777777">
        <w:tc>
          <w:tcPr>
            <w:tcW w:w="4939" w:type="dxa"/>
          </w:tcPr>
          <w:p w14:paraId="3586F9C4" w14:textId="77777777" w:rsidR="00F7563C" w:rsidRDefault="00000000">
            <w:pPr>
              <w:spacing w:before="80"/>
            </w:pPr>
            <w:r>
              <w:rPr>
                <w:b/>
                <w:color w:val="182F44"/>
                <w:sz w:val="19"/>
              </w:rPr>
              <w:t xml:space="preserve">PhD, Religious </w:t>
            </w:r>
            <w:proofErr w:type="gramStart"/>
            <w:r>
              <w:rPr>
                <w:b/>
                <w:color w:val="182F44"/>
                <w:sz w:val="19"/>
              </w:rPr>
              <w:t>Studies</w:t>
            </w:r>
            <w:r>
              <w:rPr>
                <w:color w:val="646F78"/>
              </w:rPr>
              <w:t xml:space="preserve">  |</w:t>
            </w:r>
            <w:proofErr w:type="gramEnd"/>
            <w:r>
              <w:rPr>
                <w:color w:val="646F78"/>
              </w:rPr>
              <w:t xml:space="preserve">  University of Calgary</w:t>
            </w:r>
          </w:p>
        </w:tc>
        <w:tc>
          <w:tcPr>
            <w:tcW w:w="4939" w:type="dxa"/>
          </w:tcPr>
          <w:p w14:paraId="1628A774" w14:textId="77777777" w:rsidR="00F7563C" w:rsidRDefault="00000000">
            <w:pPr>
              <w:spacing w:before="80"/>
              <w:jc w:val="right"/>
            </w:pPr>
            <w:r>
              <w:rPr>
                <w:color w:val="646F78"/>
                <w:sz w:val="17"/>
              </w:rPr>
              <w:t>2025–Present</w:t>
            </w:r>
          </w:p>
        </w:tc>
      </w:tr>
      <w:tr w:rsidR="00F7563C" w14:paraId="1D26CA36" w14:textId="77777777">
        <w:tc>
          <w:tcPr>
            <w:tcW w:w="4939" w:type="dxa"/>
          </w:tcPr>
          <w:p w14:paraId="6D43EC21" w14:textId="77777777" w:rsidR="00F7563C" w:rsidRDefault="00000000">
            <w:pPr>
              <w:spacing w:before="80"/>
            </w:pPr>
            <w:r>
              <w:rPr>
                <w:b/>
                <w:color w:val="182F44"/>
                <w:sz w:val="19"/>
              </w:rPr>
              <w:t xml:space="preserve">Master of Divinity, Pastoral Ministry </w:t>
            </w:r>
            <w:proofErr w:type="gramStart"/>
            <w:r>
              <w:rPr>
                <w:b/>
                <w:color w:val="182F44"/>
                <w:sz w:val="19"/>
              </w:rPr>
              <w:t>Stream</w:t>
            </w:r>
            <w:r>
              <w:rPr>
                <w:color w:val="646F78"/>
              </w:rPr>
              <w:t xml:space="preserve">  |</w:t>
            </w:r>
            <w:proofErr w:type="gramEnd"/>
            <w:r>
              <w:rPr>
                <w:color w:val="646F78"/>
              </w:rPr>
              <w:t xml:space="preserve">  Ambrose University</w:t>
            </w:r>
          </w:p>
        </w:tc>
        <w:tc>
          <w:tcPr>
            <w:tcW w:w="4939" w:type="dxa"/>
          </w:tcPr>
          <w:p w14:paraId="61C6A7F8" w14:textId="77777777" w:rsidR="00F7563C" w:rsidRDefault="00000000">
            <w:pPr>
              <w:spacing w:before="80"/>
              <w:jc w:val="right"/>
            </w:pPr>
            <w:r>
              <w:rPr>
                <w:color w:val="646F78"/>
                <w:sz w:val="17"/>
              </w:rPr>
              <w:t>2020–2024</w:t>
            </w:r>
          </w:p>
        </w:tc>
      </w:tr>
      <w:tr w:rsidR="00F7563C" w14:paraId="34186827" w14:textId="77777777">
        <w:tc>
          <w:tcPr>
            <w:tcW w:w="4939" w:type="dxa"/>
          </w:tcPr>
          <w:p w14:paraId="7428296B" w14:textId="77777777" w:rsidR="00F7563C" w:rsidRDefault="00000000">
            <w:pPr>
              <w:spacing w:before="80"/>
            </w:pPr>
            <w:r>
              <w:rPr>
                <w:b/>
                <w:color w:val="182F44"/>
                <w:sz w:val="19"/>
              </w:rPr>
              <w:t xml:space="preserve">Bachelor of Church </w:t>
            </w:r>
            <w:proofErr w:type="gramStart"/>
            <w:r>
              <w:rPr>
                <w:b/>
                <w:color w:val="182F44"/>
                <w:sz w:val="19"/>
              </w:rPr>
              <w:t>Ministry</w:t>
            </w:r>
            <w:r>
              <w:rPr>
                <w:color w:val="646F78"/>
              </w:rPr>
              <w:t xml:space="preserve">  |</w:t>
            </w:r>
            <w:proofErr w:type="gramEnd"/>
            <w:r>
              <w:rPr>
                <w:color w:val="646F78"/>
              </w:rPr>
              <w:t xml:space="preserve">  Ambrose University</w:t>
            </w:r>
          </w:p>
        </w:tc>
        <w:tc>
          <w:tcPr>
            <w:tcW w:w="4939" w:type="dxa"/>
          </w:tcPr>
          <w:p w14:paraId="43C9E9BA" w14:textId="77777777" w:rsidR="00F7563C" w:rsidRDefault="00000000">
            <w:pPr>
              <w:spacing w:before="80"/>
              <w:jc w:val="right"/>
            </w:pPr>
            <w:r>
              <w:rPr>
                <w:color w:val="646F78"/>
                <w:sz w:val="17"/>
              </w:rPr>
              <w:t>2012–2017</w:t>
            </w:r>
          </w:p>
        </w:tc>
      </w:tr>
    </w:tbl>
    <w:p w14:paraId="27606301" w14:textId="77777777" w:rsidR="00F7563C" w:rsidRDefault="00000000">
      <w:pPr>
        <w:pBdr>
          <w:bottom w:val="single" w:sz="7" w:space="0" w:color="D6E0E3"/>
        </w:pBdr>
        <w:spacing w:before="240" w:after="100"/>
      </w:pPr>
      <w:r>
        <w:rPr>
          <w:b/>
          <w:color w:val="14696F"/>
        </w:rPr>
        <w:t>ACADEMIC TEACHING &amp; RESEARCH</w:t>
      </w:r>
    </w:p>
    <w:tbl>
      <w:tblPr>
        <w:tblW w:w="0" w:type="auto"/>
        <w:tblLayout w:type="fixed"/>
        <w:tblLook w:val="04A0" w:firstRow="1" w:lastRow="0" w:firstColumn="1" w:lastColumn="0" w:noHBand="0" w:noVBand="1"/>
      </w:tblPr>
      <w:tblGrid>
        <w:gridCol w:w="4939"/>
        <w:gridCol w:w="4939"/>
      </w:tblGrid>
      <w:tr w:rsidR="00F7563C" w14:paraId="2D82FF64" w14:textId="77777777">
        <w:tc>
          <w:tcPr>
            <w:tcW w:w="4939" w:type="dxa"/>
          </w:tcPr>
          <w:p w14:paraId="37C2F81A" w14:textId="77777777" w:rsidR="00F7563C" w:rsidRDefault="00000000">
            <w:pPr>
              <w:spacing w:before="80"/>
            </w:pPr>
            <w:r>
              <w:rPr>
                <w:b/>
                <w:color w:val="182F44"/>
                <w:sz w:val="19"/>
              </w:rPr>
              <w:t xml:space="preserve">Guest Lecturer, Studies in Western </w:t>
            </w:r>
            <w:proofErr w:type="gramStart"/>
            <w:r>
              <w:rPr>
                <w:b/>
                <w:color w:val="182F44"/>
                <w:sz w:val="19"/>
              </w:rPr>
              <w:t>Religions</w:t>
            </w:r>
            <w:r>
              <w:rPr>
                <w:color w:val="646F78"/>
              </w:rPr>
              <w:t xml:space="preserve">  |</w:t>
            </w:r>
            <w:proofErr w:type="gramEnd"/>
            <w:r>
              <w:rPr>
                <w:color w:val="646F78"/>
              </w:rPr>
              <w:t xml:space="preserve">  University of Calgary</w:t>
            </w:r>
          </w:p>
        </w:tc>
        <w:tc>
          <w:tcPr>
            <w:tcW w:w="4939" w:type="dxa"/>
          </w:tcPr>
          <w:p w14:paraId="4DB4D603" w14:textId="77777777" w:rsidR="00F7563C" w:rsidRDefault="00000000">
            <w:pPr>
              <w:spacing w:before="80"/>
              <w:jc w:val="right"/>
            </w:pPr>
            <w:r>
              <w:rPr>
                <w:color w:val="646F78"/>
                <w:sz w:val="17"/>
              </w:rPr>
              <w:t>Nov 2026 (scheduled)</w:t>
            </w:r>
          </w:p>
        </w:tc>
      </w:tr>
    </w:tbl>
    <w:p w14:paraId="158C720D" w14:textId="74DA4083" w:rsidR="00F7563C" w:rsidRDefault="00000000" w:rsidP="00967F0D">
      <w:pPr>
        <w:spacing w:after="60"/>
      </w:pPr>
      <w:r>
        <w:t>Invited guest lecture in undergraduate</w:t>
      </w:r>
      <w:r w:rsidR="00967F0D">
        <w:t xml:space="preserve"> and graduate</w:t>
      </w:r>
      <w:r>
        <w:t xml:space="preserve"> religious studies.</w:t>
      </w:r>
    </w:p>
    <w:tbl>
      <w:tblPr>
        <w:tblW w:w="0" w:type="auto"/>
        <w:tblLayout w:type="fixed"/>
        <w:tblLook w:val="04A0" w:firstRow="1" w:lastRow="0" w:firstColumn="1" w:lastColumn="0" w:noHBand="0" w:noVBand="1"/>
      </w:tblPr>
      <w:tblGrid>
        <w:gridCol w:w="4939"/>
        <w:gridCol w:w="4939"/>
      </w:tblGrid>
      <w:tr w:rsidR="00F7563C" w14:paraId="29B46E2E" w14:textId="77777777">
        <w:tc>
          <w:tcPr>
            <w:tcW w:w="4939" w:type="dxa"/>
          </w:tcPr>
          <w:p w14:paraId="48002494" w14:textId="77777777" w:rsidR="00F7563C" w:rsidRDefault="00000000">
            <w:pPr>
              <w:spacing w:before="80"/>
            </w:pPr>
            <w:r>
              <w:rPr>
                <w:b/>
                <w:color w:val="182F44"/>
                <w:sz w:val="19"/>
              </w:rPr>
              <w:t xml:space="preserve">Teaching </w:t>
            </w:r>
            <w:proofErr w:type="gramStart"/>
            <w:r>
              <w:rPr>
                <w:b/>
                <w:color w:val="182F44"/>
                <w:sz w:val="19"/>
              </w:rPr>
              <w:t>Assistant</w:t>
            </w:r>
            <w:r>
              <w:rPr>
                <w:color w:val="646F78"/>
              </w:rPr>
              <w:t xml:space="preserve">  |</w:t>
            </w:r>
            <w:proofErr w:type="gramEnd"/>
            <w:r>
              <w:rPr>
                <w:color w:val="646F78"/>
              </w:rPr>
              <w:t xml:space="preserve">  University of Calgary</w:t>
            </w:r>
          </w:p>
        </w:tc>
        <w:tc>
          <w:tcPr>
            <w:tcW w:w="4939" w:type="dxa"/>
          </w:tcPr>
          <w:p w14:paraId="48882306" w14:textId="77777777" w:rsidR="00F7563C" w:rsidRDefault="00000000">
            <w:pPr>
              <w:spacing w:before="80"/>
              <w:jc w:val="right"/>
            </w:pPr>
            <w:r>
              <w:rPr>
                <w:color w:val="646F78"/>
                <w:sz w:val="17"/>
              </w:rPr>
              <w:t>Sep 2025–Apr 2026</w:t>
            </w:r>
          </w:p>
        </w:tc>
      </w:tr>
    </w:tbl>
    <w:p w14:paraId="09F39BC1" w14:textId="77777777" w:rsidR="00F7563C" w:rsidRDefault="00000000" w:rsidP="00967F0D">
      <w:pPr>
        <w:spacing w:after="60"/>
      </w:pPr>
      <w:r>
        <w:t>Supported student learning through office hours, course inquiries, study support, and assessment.</w:t>
      </w:r>
    </w:p>
    <w:tbl>
      <w:tblPr>
        <w:tblW w:w="0" w:type="auto"/>
        <w:tblLayout w:type="fixed"/>
        <w:tblLook w:val="04A0" w:firstRow="1" w:lastRow="0" w:firstColumn="1" w:lastColumn="0" w:noHBand="0" w:noVBand="1"/>
      </w:tblPr>
      <w:tblGrid>
        <w:gridCol w:w="4939"/>
        <w:gridCol w:w="4939"/>
      </w:tblGrid>
      <w:tr w:rsidR="00F7563C" w14:paraId="1589373E" w14:textId="77777777">
        <w:tc>
          <w:tcPr>
            <w:tcW w:w="4939" w:type="dxa"/>
          </w:tcPr>
          <w:p w14:paraId="61AAE1B3" w14:textId="1D4AC9CC" w:rsidR="00F7563C" w:rsidRDefault="00000000">
            <w:pPr>
              <w:spacing w:before="80"/>
            </w:pPr>
            <w:r>
              <w:rPr>
                <w:b/>
                <w:color w:val="182F44"/>
                <w:sz w:val="19"/>
              </w:rPr>
              <w:t xml:space="preserve">Sessional </w:t>
            </w:r>
            <w:r w:rsidR="00967F0D">
              <w:rPr>
                <w:b/>
                <w:color w:val="182F44"/>
                <w:sz w:val="19"/>
              </w:rPr>
              <w:t>Professor</w:t>
            </w:r>
            <w:r w:rsidR="00967F0D">
              <w:rPr>
                <w:color w:val="646F78"/>
              </w:rPr>
              <w:t xml:space="preserve"> </w:t>
            </w:r>
            <w:proofErr w:type="gramStart"/>
            <w:r w:rsidR="00967F0D">
              <w:rPr>
                <w:color w:val="646F78"/>
              </w:rPr>
              <w:t>|</w:t>
            </w:r>
            <w:r>
              <w:rPr>
                <w:color w:val="646F78"/>
              </w:rPr>
              <w:t xml:space="preserve">  Ambrose</w:t>
            </w:r>
            <w:proofErr w:type="gramEnd"/>
            <w:r>
              <w:rPr>
                <w:color w:val="646F78"/>
              </w:rPr>
              <w:t xml:space="preserve"> University</w:t>
            </w:r>
          </w:p>
        </w:tc>
        <w:tc>
          <w:tcPr>
            <w:tcW w:w="4939" w:type="dxa"/>
          </w:tcPr>
          <w:p w14:paraId="73A17EC5" w14:textId="77777777" w:rsidR="00F7563C" w:rsidRDefault="00000000">
            <w:pPr>
              <w:spacing w:before="80"/>
              <w:jc w:val="right"/>
            </w:pPr>
            <w:r>
              <w:rPr>
                <w:color w:val="646F78"/>
                <w:sz w:val="17"/>
              </w:rPr>
              <w:t>Sep–Dec 2024</w:t>
            </w:r>
          </w:p>
        </w:tc>
      </w:tr>
    </w:tbl>
    <w:p w14:paraId="4C18F9C0" w14:textId="77777777" w:rsidR="00F7563C" w:rsidRDefault="00000000" w:rsidP="00967F0D">
      <w:pPr>
        <w:spacing w:after="60"/>
      </w:pPr>
      <w:r>
        <w:t>Designed and delivered course lectures, facilitated discussion, evaluated assignments, and guided critical theological engagement.</w:t>
      </w:r>
    </w:p>
    <w:tbl>
      <w:tblPr>
        <w:tblW w:w="0" w:type="auto"/>
        <w:tblLayout w:type="fixed"/>
        <w:tblLook w:val="04A0" w:firstRow="1" w:lastRow="0" w:firstColumn="1" w:lastColumn="0" w:noHBand="0" w:noVBand="1"/>
      </w:tblPr>
      <w:tblGrid>
        <w:gridCol w:w="4939"/>
        <w:gridCol w:w="4939"/>
      </w:tblGrid>
      <w:tr w:rsidR="00F7563C" w14:paraId="312D3AB4" w14:textId="77777777">
        <w:tc>
          <w:tcPr>
            <w:tcW w:w="4939" w:type="dxa"/>
          </w:tcPr>
          <w:p w14:paraId="75320560" w14:textId="77777777" w:rsidR="00F7563C" w:rsidRDefault="00000000">
            <w:pPr>
              <w:spacing w:before="80"/>
            </w:pPr>
            <w:r>
              <w:rPr>
                <w:b/>
                <w:color w:val="182F44"/>
                <w:sz w:val="19"/>
              </w:rPr>
              <w:t xml:space="preserve">Teaching </w:t>
            </w:r>
            <w:proofErr w:type="gramStart"/>
            <w:r>
              <w:rPr>
                <w:b/>
                <w:color w:val="182F44"/>
                <w:sz w:val="19"/>
              </w:rPr>
              <w:t>Assistant</w:t>
            </w:r>
            <w:r>
              <w:rPr>
                <w:color w:val="646F78"/>
              </w:rPr>
              <w:t xml:space="preserve">  |</w:t>
            </w:r>
            <w:proofErr w:type="gramEnd"/>
            <w:r>
              <w:rPr>
                <w:color w:val="646F78"/>
              </w:rPr>
              <w:t xml:space="preserve">  Ambrose University</w:t>
            </w:r>
          </w:p>
        </w:tc>
        <w:tc>
          <w:tcPr>
            <w:tcW w:w="4939" w:type="dxa"/>
          </w:tcPr>
          <w:p w14:paraId="1B0530C8" w14:textId="77777777" w:rsidR="00F7563C" w:rsidRDefault="00000000">
            <w:pPr>
              <w:spacing w:before="80"/>
              <w:jc w:val="right"/>
            </w:pPr>
            <w:r>
              <w:rPr>
                <w:color w:val="646F78"/>
                <w:sz w:val="17"/>
              </w:rPr>
              <w:t>Sep 2021–Apr 2023</w:t>
            </w:r>
          </w:p>
        </w:tc>
      </w:tr>
    </w:tbl>
    <w:p w14:paraId="2F31E143" w14:textId="77777777" w:rsidR="00F7563C" w:rsidRDefault="00000000" w:rsidP="00967F0D">
      <w:pPr>
        <w:spacing w:after="60"/>
      </w:pPr>
      <w:r>
        <w:t>Assisted with grading, tutorials, lectures, student communications, and classroom technology in Greek I and II, Introduction to Christian Theology, Christian Ethics, and Introduction to the Bible.</w:t>
      </w:r>
    </w:p>
    <w:tbl>
      <w:tblPr>
        <w:tblW w:w="0" w:type="auto"/>
        <w:tblLayout w:type="fixed"/>
        <w:tblLook w:val="04A0" w:firstRow="1" w:lastRow="0" w:firstColumn="1" w:lastColumn="0" w:noHBand="0" w:noVBand="1"/>
      </w:tblPr>
      <w:tblGrid>
        <w:gridCol w:w="4939"/>
        <w:gridCol w:w="4939"/>
      </w:tblGrid>
      <w:tr w:rsidR="00F7563C" w14:paraId="42113302" w14:textId="77777777">
        <w:tc>
          <w:tcPr>
            <w:tcW w:w="4939" w:type="dxa"/>
          </w:tcPr>
          <w:p w14:paraId="279B80F6" w14:textId="77777777" w:rsidR="00F7563C" w:rsidRDefault="00000000">
            <w:pPr>
              <w:spacing w:before="80"/>
            </w:pPr>
            <w:r>
              <w:rPr>
                <w:b/>
                <w:color w:val="182F44"/>
                <w:sz w:val="19"/>
              </w:rPr>
              <w:t xml:space="preserve">Research Assistant, Intercultural Congregations Research </w:t>
            </w:r>
            <w:proofErr w:type="gramStart"/>
            <w:r>
              <w:rPr>
                <w:b/>
                <w:color w:val="182F44"/>
                <w:sz w:val="19"/>
              </w:rPr>
              <w:t>Project</w:t>
            </w:r>
            <w:r>
              <w:rPr>
                <w:color w:val="646F78"/>
              </w:rPr>
              <w:t xml:space="preserve">  |</w:t>
            </w:r>
            <w:proofErr w:type="gramEnd"/>
            <w:r>
              <w:rPr>
                <w:color w:val="646F78"/>
              </w:rPr>
              <w:t xml:space="preserve">  Ambrose Seminary</w:t>
            </w:r>
          </w:p>
        </w:tc>
        <w:tc>
          <w:tcPr>
            <w:tcW w:w="4939" w:type="dxa"/>
          </w:tcPr>
          <w:p w14:paraId="13AF2AFF" w14:textId="77777777" w:rsidR="00F7563C" w:rsidRDefault="00000000">
            <w:pPr>
              <w:spacing w:before="80"/>
              <w:jc w:val="right"/>
            </w:pPr>
            <w:r>
              <w:rPr>
                <w:color w:val="646F78"/>
                <w:sz w:val="17"/>
              </w:rPr>
              <w:t>May–Sep 2021</w:t>
            </w:r>
          </w:p>
        </w:tc>
      </w:tr>
    </w:tbl>
    <w:p w14:paraId="28DE9A50" w14:textId="77777777" w:rsidR="00F7563C" w:rsidRDefault="00000000" w:rsidP="00967F0D">
      <w:pPr>
        <w:spacing w:after="60"/>
      </w:pPr>
      <w:r>
        <w:t>Supported a Lilly-funded research project through research-ethics compliance, interviews, transcription, and contributions to the final report.</w:t>
      </w:r>
    </w:p>
    <w:p w14:paraId="7ED2A695" w14:textId="77777777" w:rsidR="00F7563C" w:rsidRDefault="00000000">
      <w:pPr>
        <w:pBdr>
          <w:bottom w:val="single" w:sz="7" w:space="0" w:color="D6E0E3"/>
        </w:pBdr>
        <w:spacing w:before="240" w:after="100"/>
      </w:pPr>
      <w:r>
        <w:rPr>
          <w:b/>
          <w:color w:val="14696F"/>
        </w:rPr>
        <w:t>MINISTRY &amp; LEADERSHIP</w:t>
      </w:r>
    </w:p>
    <w:tbl>
      <w:tblPr>
        <w:tblW w:w="0" w:type="auto"/>
        <w:tblLayout w:type="fixed"/>
        <w:tblLook w:val="04A0" w:firstRow="1" w:lastRow="0" w:firstColumn="1" w:lastColumn="0" w:noHBand="0" w:noVBand="1"/>
      </w:tblPr>
      <w:tblGrid>
        <w:gridCol w:w="4939"/>
        <w:gridCol w:w="4939"/>
      </w:tblGrid>
      <w:tr w:rsidR="00F7563C" w14:paraId="011D2353" w14:textId="77777777">
        <w:tc>
          <w:tcPr>
            <w:tcW w:w="4939" w:type="dxa"/>
          </w:tcPr>
          <w:p w14:paraId="724D92D1" w14:textId="77777777" w:rsidR="00F7563C" w:rsidRDefault="00000000">
            <w:pPr>
              <w:spacing w:before="80"/>
            </w:pPr>
            <w:r>
              <w:rPr>
                <w:b/>
                <w:color w:val="182F44"/>
                <w:sz w:val="19"/>
              </w:rPr>
              <w:t xml:space="preserve">Youth Ministry </w:t>
            </w:r>
            <w:proofErr w:type="gramStart"/>
            <w:r>
              <w:rPr>
                <w:b/>
                <w:color w:val="182F44"/>
                <w:sz w:val="19"/>
              </w:rPr>
              <w:t>Leader</w:t>
            </w:r>
            <w:r>
              <w:rPr>
                <w:color w:val="646F78"/>
              </w:rPr>
              <w:t xml:space="preserve">  |</w:t>
            </w:r>
            <w:proofErr w:type="gramEnd"/>
            <w:r>
              <w:rPr>
                <w:color w:val="646F78"/>
              </w:rPr>
              <w:t xml:space="preserve">  Grace Presbyterian Church</w:t>
            </w:r>
          </w:p>
        </w:tc>
        <w:tc>
          <w:tcPr>
            <w:tcW w:w="4939" w:type="dxa"/>
          </w:tcPr>
          <w:p w14:paraId="25066353" w14:textId="77777777" w:rsidR="00F7563C" w:rsidRDefault="00000000">
            <w:pPr>
              <w:spacing w:before="80"/>
              <w:jc w:val="right"/>
            </w:pPr>
            <w:r>
              <w:rPr>
                <w:color w:val="646F78"/>
                <w:sz w:val="17"/>
              </w:rPr>
              <w:t>Jan 2025–Present</w:t>
            </w:r>
          </w:p>
        </w:tc>
      </w:tr>
    </w:tbl>
    <w:p w14:paraId="55E0D528" w14:textId="77777777" w:rsidR="00F7563C" w:rsidRDefault="00000000">
      <w:pPr>
        <w:spacing w:after="60"/>
        <w:ind w:left="158"/>
      </w:pPr>
      <w:r>
        <w:t>Lead youth programming, biblical and theological education, community-building events, pastoral care, occasional preaching, and adult education.</w:t>
      </w:r>
    </w:p>
    <w:tbl>
      <w:tblPr>
        <w:tblW w:w="0" w:type="auto"/>
        <w:tblLayout w:type="fixed"/>
        <w:tblLook w:val="04A0" w:firstRow="1" w:lastRow="0" w:firstColumn="1" w:lastColumn="0" w:noHBand="0" w:noVBand="1"/>
      </w:tblPr>
      <w:tblGrid>
        <w:gridCol w:w="4939"/>
        <w:gridCol w:w="4939"/>
      </w:tblGrid>
      <w:tr w:rsidR="00F7563C" w14:paraId="7E073627" w14:textId="77777777">
        <w:tc>
          <w:tcPr>
            <w:tcW w:w="4939" w:type="dxa"/>
          </w:tcPr>
          <w:p w14:paraId="2D5E4D9B" w14:textId="77777777" w:rsidR="00F7563C" w:rsidRDefault="00000000">
            <w:pPr>
              <w:spacing w:before="80"/>
            </w:pPr>
            <w:r>
              <w:rPr>
                <w:b/>
                <w:color w:val="182F44"/>
                <w:sz w:val="19"/>
              </w:rPr>
              <w:t xml:space="preserve">Associate </w:t>
            </w:r>
            <w:proofErr w:type="gramStart"/>
            <w:r>
              <w:rPr>
                <w:b/>
                <w:color w:val="182F44"/>
                <w:sz w:val="19"/>
              </w:rPr>
              <w:t>Pastor</w:t>
            </w:r>
            <w:r>
              <w:rPr>
                <w:color w:val="646F78"/>
              </w:rPr>
              <w:t xml:space="preserve">  |</w:t>
            </w:r>
            <w:proofErr w:type="gramEnd"/>
            <w:r>
              <w:rPr>
                <w:color w:val="646F78"/>
              </w:rPr>
              <w:t xml:space="preserve">  Hinton Alliance Church</w:t>
            </w:r>
          </w:p>
        </w:tc>
        <w:tc>
          <w:tcPr>
            <w:tcW w:w="4939" w:type="dxa"/>
          </w:tcPr>
          <w:p w14:paraId="15D3EBBC" w14:textId="77777777" w:rsidR="00F7563C" w:rsidRDefault="00000000">
            <w:pPr>
              <w:spacing w:before="80"/>
              <w:jc w:val="right"/>
            </w:pPr>
            <w:r>
              <w:rPr>
                <w:color w:val="646F78"/>
                <w:sz w:val="17"/>
              </w:rPr>
              <w:t>Aug 2017–Aug 2020</w:t>
            </w:r>
          </w:p>
        </w:tc>
      </w:tr>
    </w:tbl>
    <w:p w14:paraId="75B57279" w14:textId="77777777" w:rsidR="00F7563C" w:rsidRDefault="00000000">
      <w:pPr>
        <w:spacing w:after="60"/>
        <w:ind w:left="158"/>
      </w:pPr>
      <w:r>
        <w:t>Oversaw youth and young-adult ministries, worship and community engagement teams, volunteer development, administration, preaching, and a research initiative on religious engagement.</w:t>
      </w:r>
    </w:p>
    <w:tbl>
      <w:tblPr>
        <w:tblW w:w="0" w:type="auto"/>
        <w:tblLayout w:type="fixed"/>
        <w:tblLook w:val="04A0" w:firstRow="1" w:lastRow="0" w:firstColumn="1" w:lastColumn="0" w:noHBand="0" w:noVBand="1"/>
      </w:tblPr>
      <w:tblGrid>
        <w:gridCol w:w="4939"/>
        <w:gridCol w:w="4939"/>
      </w:tblGrid>
      <w:tr w:rsidR="00F7563C" w14:paraId="2E48C2AD" w14:textId="77777777">
        <w:tc>
          <w:tcPr>
            <w:tcW w:w="4939" w:type="dxa"/>
          </w:tcPr>
          <w:p w14:paraId="4CF572FC" w14:textId="77777777" w:rsidR="00F7563C" w:rsidRDefault="00000000">
            <w:pPr>
              <w:spacing w:before="80"/>
            </w:pPr>
            <w:r>
              <w:rPr>
                <w:b/>
                <w:color w:val="182F44"/>
                <w:sz w:val="19"/>
              </w:rPr>
              <w:t xml:space="preserve">Guest Speaker &amp; Pulpit </w:t>
            </w:r>
            <w:proofErr w:type="gramStart"/>
            <w:r>
              <w:rPr>
                <w:b/>
                <w:color w:val="182F44"/>
                <w:sz w:val="19"/>
              </w:rPr>
              <w:t>Supply</w:t>
            </w:r>
            <w:r>
              <w:rPr>
                <w:color w:val="646F78"/>
              </w:rPr>
              <w:t xml:space="preserve">  |</w:t>
            </w:r>
            <w:proofErr w:type="gramEnd"/>
            <w:r>
              <w:rPr>
                <w:color w:val="646F78"/>
              </w:rPr>
              <w:t xml:space="preserve">  Various congregations</w:t>
            </w:r>
          </w:p>
        </w:tc>
        <w:tc>
          <w:tcPr>
            <w:tcW w:w="4939" w:type="dxa"/>
          </w:tcPr>
          <w:p w14:paraId="7F48FE17" w14:textId="77777777" w:rsidR="00F7563C" w:rsidRDefault="00000000">
            <w:pPr>
              <w:spacing w:before="80"/>
              <w:jc w:val="right"/>
            </w:pPr>
            <w:r>
              <w:rPr>
                <w:color w:val="646F78"/>
                <w:sz w:val="17"/>
              </w:rPr>
              <w:t>Jun 2022–Present</w:t>
            </w:r>
          </w:p>
        </w:tc>
      </w:tr>
    </w:tbl>
    <w:p w14:paraId="38612650" w14:textId="77777777" w:rsidR="00F7563C" w:rsidRDefault="00000000">
      <w:pPr>
        <w:spacing w:after="60"/>
        <w:ind w:left="158"/>
      </w:pPr>
      <w:r>
        <w:t>Preach, lead Bible studies, and speak at youth and young-adult events; hosts include Calgary Community Church, Maranatha CRC, and Christ Our King Anglican.</w:t>
      </w:r>
    </w:p>
    <w:p w14:paraId="02079F23" w14:textId="77777777" w:rsidR="00F7563C" w:rsidRDefault="00000000">
      <w:pPr>
        <w:pageBreakBefore/>
        <w:pBdr>
          <w:bottom w:val="single" w:sz="7" w:space="0" w:color="D6E0E3"/>
        </w:pBdr>
        <w:spacing w:before="240" w:after="100"/>
      </w:pPr>
      <w:r>
        <w:rPr>
          <w:b/>
          <w:color w:val="14696F"/>
        </w:rPr>
        <w:lastRenderedPageBreak/>
        <w:t>SELECTED LECTURES &amp; COMMUNITY EDUCATION</w:t>
      </w:r>
    </w:p>
    <w:tbl>
      <w:tblPr>
        <w:tblW w:w="0" w:type="auto"/>
        <w:tblLayout w:type="fixed"/>
        <w:tblLook w:val="04A0" w:firstRow="1" w:lastRow="0" w:firstColumn="1" w:lastColumn="0" w:noHBand="0" w:noVBand="1"/>
      </w:tblPr>
      <w:tblGrid>
        <w:gridCol w:w="4939"/>
        <w:gridCol w:w="4939"/>
      </w:tblGrid>
      <w:tr w:rsidR="00F7563C" w14:paraId="1998E394" w14:textId="77777777">
        <w:tc>
          <w:tcPr>
            <w:tcW w:w="4939" w:type="dxa"/>
          </w:tcPr>
          <w:p w14:paraId="7970AD8B" w14:textId="77777777" w:rsidR="00F7563C" w:rsidRDefault="00000000">
            <w:pPr>
              <w:spacing w:before="80"/>
            </w:pPr>
            <w:r>
              <w:rPr>
                <w:b/>
                <w:color w:val="182F44"/>
                <w:sz w:val="19"/>
              </w:rPr>
              <w:t xml:space="preserve">Lecturer, Development of the Biblical </w:t>
            </w:r>
            <w:proofErr w:type="gramStart"/>
            <w:r>
              <w:rPr>
                <w:b/>
                <w:color w:val="182F44"/>
                <w:sz w:val="19"/>
              </w:rPr>
              <w:t>Canon</w:t>
            </w:r>
            <w:r>
              <w:rPr>
                <w:color w:val="646F78"/>
              </w:rPr>
              <w:t xml:space="preserve">  |</w:t>
            </w:r>
            <w:proofErr w:type="gramEnd"/>
            <w:r>
              <w:rPr>
                <w:color w:val="646F78"/>
              </w:rPr>
              <w:t xml:space="preserve">  Lighthouse Community Church</w:t>
            </w:r>
          </w:p>
        </w:tc>
        <w:tc>
          <w:tcPr>
            <w:tcW w:w="4939" w:type="dxa"/>
          </w:tcPr>
          <w:p w14:paraId="72BEB7AA" w14:textId="77777777" w:rsidR="00F7563C" w:rsidRDefault="00000000">
            <w:pPr>
              <w:spacing w:before="80"/>
              <w:jc w:val="right"/>
            </w:pPr>
            <w:r>
              <w:rPr>
                <w:color w:val="646F78"/>
                <w:sz w:val="17"/>
              </w:rPr>
              <w:t>Oct–Nov 2026</w:t>
            </w:r>
          </w:p>
        </w:tc>
      </w:tr>
    </w:tbl>
    <w:p w14:paraId="195F711F" w14:textId="77777777" w:rsidR="00F7563C" w:rsidRDefault="00000000" w:rsidP="00967F0D">
      <w:pPr>
        <w:spacing w:after="60"/>
      </w:pPr>
      <w:r>
        <w:t>Delivering a lecture series on the historical development of the biblical canon.</w:t>
      </w:r>
    </w:p>
    <w:tbl>
      <w:tblPr>
        <w:tblW w:w="0" w:type="auto"/>
        <w:tblLayout w:type="fixed"/>
        <w:tblLook w:val="04A0" w:firstRow="1" w:lastRow="0" w:firstColumn="1" w:lastColumn="0" w:noHBand="0" w:noVBand="1"/>
      </w:tblPr>
      <w:tblGrid>
        <w:gridCol w:w="4939"/>
        <w:gridCol w:w="4939"/>
      </w:tblGrid>
      <w:tr w:rsidR="00F7563C" w14:paraId="3C0C6834" w14:textId="77777777">
        <w:tc>
          <w:tcPr>
            <w:tcW w:w="4939" w:type="dxa"/>
          </w:tcPr>
          <w:p w14:paraId="7D836941" w14:textId="77777777" w:rsidR="00F7563C" w:rsidRDefault="00000000">
            <w:pPr>
              <w:spacing w:before="80"/>
            </w:pPr>
            <w:r>
              <w:rPr>
                <w:b/>
                <w:color w:val="182F44"/>
                <w:sz w:val="19"/>
              </w:rPr>
              <w:t xml:space="preserve">Instructor, Biblical Greek Crash </w:t>
            </w:r>
            <w:proofErr w:type="gramStart"/>
            <w:r>
              <w:rPr>
                <w:b/>
                <w:color w:val="182F44"/>
                <w:sz w:val="19"/>
              </w:rPr>
              <w:t>Course</w:t>
            </w:r>
            <w:r>
              <w:rPr>
                <w:color w:val="646F78"/>
              </w:rPr>
              <w:t xml:space="preserve">  |</w:t>
            </w:r>
            <w:proofErr w:type="gramEnd"/>
            <w:r>
              <w:rPr>
                <w:color w:val="646F78"/>
              </w:rPr>
              <w:t xml:space="preserve">  Grace Presbyterian Church</w:t>
            </w:r>
          </w:p>
        </w:tc>
        <w:tc>
          <w:tcPr>
            <w:tcW w:w="4939" w:type="dxa"/>
          </w:tcPr>
          <w:p w14:paraId="3569EF41" w14:textId="77777777" w:rsidR="00F7563C" w:rsidRDefault="00000000">
            <w:pPr>
              <w:spacing w:before="80"/>
              <w:jc w:val="right"/>
            </w:pPr>
            <w:r>
              <w:rPr>
                <w:color w:val="646F78"/>
                <w:sz w:val="17"/>
              </w:rPr>
              <w:t>Jun–Jul 2026</w:t>
            </w:r>
          </w:p>
        </w:tc>
      </w:tr>
    </w:tbl>
    <w:p w14:paraId="19C1AC69" w14:textId="70A2A0F2" w:rsidR="00967F0D" w:rsidRDefault="00000000" w:rsidP="00967F0D">
      <w:pPr>
        <w:spacing w:after="60"/>
      </w:pPr>
      <w:r>
        <w:t>Developed and taught an introductory course in biblical Greek for church participants.</w:t>
      </w:r>
    </w:p>
    <w:tbl>
      <w:tblPr>
        <w:tblW w:w="0" w:type="auto"/>
        <w:tblLayout w:type="fixed"/>
        <w:tblLook w:val="04A0" w:firstRow="1" w:lastRow="0" w:firstColumn="1" w:lastColumn="0" w:noHBand="0" w:noVBand="1"/>
      </w:tblPr>
      <w:tblGrid>
        <w:gridCol w:w="4939"/>
        <w:gridCol w:w="4939"/>
      </w:tblGrid>
      <w:tr w:rsidR="00967F0D" w14:paraId="7BCC904D" w14:textId="77777777" w:rsidTr="00672716">
        <w:tc>
          <w:tcPr>
            <w:tcW w:w="4939" w:type="dxa"/>
          </w:tcPr>
          <w:p w14:paraId="35FFE879" w14:textId="240486E9" w:rsidR="00967F0D" w:rsidRDefault="00967F0D" w:rsidP="00672716">
            <w:pPr>
              <w:spacing w:before="80"/>
            </w:pPr>
            <w:r>
              <w:rPr>
                <w:b/>
                <w:color w:val="182F44"/>
                <w:sz w:val="19"/>
              </w:rPr>
              <w:t>Lecturer, Biblical Languages for Today</w:t>
            </w:r>
            <w:r>
              <w:rPr>
                <w:color w:val="646F78"/>
              </w:rPr>
              <w:t xml:space="preserve"> </w:t>
            </w:r>
            <w:r w:rsidR="007D0909">
              <w:rPr>
                <w:color w:val="646F78"/>
              </w:rPr>
              <w:t>| Gracepoint</w:t>
            </w:r>
            <w:r>
              <w:rPr>
                <w:color w:val="646F78"/>
              </w:rPr>
              <w:t xml:space="preserve"> Fellowship Church</w:t>
            </w:r>
          </w:p>
        </w:tc>
        <w:tc>
          <w:tcPr>
            <w:tcW w:w="4939" w:type="dxa"/>
          </w:tcPr>
          <w:p w14:paraId="358649DE" w14:textId="3E92AA2A" w:rsidR="00967F0D" w:rsidRDefault="00967F0D" w:rsidP="00672716">
            <w:pPr>
              <w:spacing w:before="80"/>
              <w:jc w:val="right"/>
            </w:pPr>
            <w:r>
              <w:rPr>
                <w:color w:val="646F78"/>
                <w:sz w:val="17"/>
              </w:rPr>
              <w:t>Aug 2025</w:t>
            </w:r>
          </w:p>
        </w:tc>
      </w:tr>
    </w:tbl>
    <w:p w14:paraId="430679B1" w14:textId="1B96E90C" w:rsidR="00F7563C" w:rsidRDefault="00967F0D" w:rsidP="00967F0D">
      <w:pPr>
        <w:spacing w:after="60"/>
      </w:pPr>
      <w:r>
        <w:t>Developed and taught an introductory course in biblical Greek for church participants.</w:t>
      </w:r>
    </w:p>
    <w:p w14:paraId="6A775D3B" w14:textId="77777777" w:rsidR="00F7563C" w:rsidRDefault="00000000">
      <w:pPr>
        <w:pBdr>
          <w:bottom w:val="single" w:sz="7" w:space="0" w:color="D6E0E3"/>
        </w:pBdr>
        <w:spacing w:before="240" w:after="100"/>
      </w:pPr>
      <w:r>
        <w:rPr>
          <w:b/>
          <w:color w:val="14696F"/>
        </w:rPr>
        <w:t>SCHOLARLY PROJECT</w:t>
      </w:r>
    </w:p>
    <w:tbl>
      <w:tblPr>
        <w:tblW w:w="0" w:type="auto"/>
        <w:tblLayout w:type="fixed"/>
        <w:tblLook w:val="04A0" w:firstRow="1" w:lastRow="0" w:firstColumn="1" w:lastColumn="0" w:noHBand="0" w:noVBand="1"/>
      </w:tblPr>
      <w:tblGrid>
        <w:gridCol w:w="4939"/>
        <w:gridCol w:w="4939"/>
      </w:tblGrid>
      <w:tr w:rsidR="00F7563C" w14:paraId="65E3DB34" w14:textId="77777777">
        <w:tc>
          <w:tcPr>
            <w:tcW w:w="4939" w:type="dxa"/>
          </w:tcPr>
          <w:p w14:paraId="004089C9" w14:textId="1CD123C0" w:rsidR="00F7563C" w:rsidRDefault="00000000">
            <w:pPr>
              <w:spacing w:before="80"/>
            </w:pPr>
            <w:r>
              <w:rPr>
                <w:b/>
                <w:color w:val="182F44"/>
                <w:sz w:val="19"/>
              </w:rPr>
              <w:t xml:space="preserve">Coauthor, New Testament Greek </w:t>
            </w:r>
            <w:proofErr w:type="gramStart"/>
            <w:r>
              <w:rPr>
                <w:b/>
                <w:color w:val="182F44"/>
                <w:sz w:val="19"/>
              </w:rPr>
              <w:t>Text</w:t>
            </w:r>
            <w:r>
              <w:rPr>
                <w:color w:val="646F78"/>
              </w:rPr>
              <w:t xml:space="preserve">  |</w:t>
            </w:r>
            <w:proofErr w:type="gramEnd"/>
            <w:r>
              <w:rPr>
                <w:color w:val="646F78"/>
              </w:rPr>
              <w:t xml:space="preserve">  </w:t>
            </w:r>
          </w:p>
        </w:tc>
        <w:tc>
          <w:tcPr>
            <w:tcW w:w="4939" w:type="dxa"/>
          </w:tcPr>
          <w:p w14:paraId="46F2A655" w14:textId="77777777" w:rsidR="00F7563C" w:rsidRDefault="00000000">
            <w:pPr>
              <w:spacing w:before="80"/>
              <w:jc w:val="right"/>
            </w:pPr>
            <w:r>
              <w:rPr>
                <w:color w:val="646F78"/>
                <w:sz w:val="17"/>
              </w:rPr>
              <w:t>Mar 2024–Present</w:t>
            </w:r>
          </w:p>
        </w:tc>
      </w:tr>
    </w:tbl>
    <w:p w14:paraId="715D3753" w14:textId="77777777" w:rsidR="00F7563C" w:rsidRDefault="00000000" w:rsidP="00967F0D">
      <w:pPr>
        <w:spacing w:after="60"/>
      </w:pPr>
      <w:r>
        <w:t>Book manuscript in progress, designed to introduce beginning students and interested lay readers to the Greek New Testament.</w:t>
      </w:r>
    </w:p>
    <w:p w14:paraId="20205866" w14:textId="77777777" w:rsidR="00F7563C" w:rsidRDefault="00000000">
      <w:pPr>
        <w:pBdr>
          <w:bottom w:val="single" w:sz="7" w:space="0" w:color="D6E0E3"/>
        </w:pBdr>
        <w:spacing w:before="240" w:after="100"/>
      </w:pPr>
      <w:r>
        <w:rPr>
          <w:b/>
          <w:color w:val="14696F"/>
        </w:rPr>
        <w:t>LANGUAGES</w:t>
      </w:r>
    </w:p>
    <w:p w14:paraId="13EC149A" w14:textId="10C695D7" w:rsidR="00F7563C" w:rsidRDefault="00000000">
      <w:pPr>
        <w:spacing w:after="40"/>
      </w:pPr>
      <w:proofErr w:type="gramStart"/>
      <w:r>
        <w:t>English  ·</w:t>
      </w:r>
      <w:proofErr w:type="gramEnd"/>
      <w:r>
        <w:t xml:space="preserve">  Native     |     New Testament </w:t>
      </w:r>
      <w:proofErr w:type="gramStart"/>
      <w:r>
        <w:t>Greek  ·</w:t>
      </w:r>
      <w:proofErr w:type="gramEnd"/>
      <w:r>
        <w:t xml:space="preserve">  Advanced     |     </w:t>
      </w:r>
      <w:proofErr w:type="gramStart"/>
      <w:r>
        <w:t>Italian  ·</w:t>
      </w:r>
      <w:proofErr w:type="gramEnd"/>
      <w:r>
        <w:t xml:space="preserve">  </w:t>
      </w:r>
      <w:r w:rsidR="00967F0D">
        <w:t>Intermediate</w:t>
      </w:r>
      <w:r>
        <w:t xml:space="preserve">     |     Biblical </w:t>
      </w:r>
      <w:proofErr w:type="gramStart"/>
      <w:r>
        <w:t>Hebrew  ·</w:t>
      </w:r>
      <w:proofErr w:type="gramEnd"/>
      <w:r>
        <w:t xml:space="preserve">  </w:t>
      </w:r>
      <w:r w:rsidR="00967F0D">
        <w:t>Intermediate</w:t>
      </w:r>
    </w:p>
    <w:p w14:paraId="62DF1FBA" w14:textId="77777777" w:rsidR="00F7563C" w:rsidRDefault="00000000">
      <w:pPr>
        <w:pBdr>
          <w:bottom w:val="single" w:sz="7" w:space="0" w:color="D6E0E3"/>
        </w:pBdr>
        <w:spacing w:before="240" w:after="100"/>
      </w:pPr>
      <w:r>
        <w:rPr>
          <w:b/>
          <w:color w:val="14696F"/>
        </w:rPr>
        <w:t>PROFESSIONAL MEMBERSHIPS &amp; SERVICE</w:t>
      </w:r>
    </w:p>
    <w:tbl>
      <w:tblPr>
        <w:tblW w:w="0" w:type="auto"/>
        <w:tblLayout w:type="fixed"/>
        <w:tblLook w:val="04A0" w:firstRow="1" w:lastRow="0" w:firstColumn="1" w:lastColumn="0" w:noHBand="0" w:noVBand="1"/>
      </w:tblPr>
      <w:tblGrid>
        <w:gridCol w:w="4939"/>
        <w:gridCol w:w="4939"/>
      </w:tblGrid>
      <w:tr w:rsidR="00F7563C" w14:paraId="7D41BBA8" w14:textId="77777777">
        <w:tc>
          <w:tcPr>
            <w:tcW w:w="4939" w:type="dxa"/>
          </w:tcPr>
          <w:p w14:paraId="24D0FCDC" w14:textId="77777777" w:rsidR="00F7563C" w:rsidRDefault="00000000">
            <w:pPr>
              <w:spacing w:before="80"/>
            </w:pPr>
            <w:proofErr w:type="gramStart"/>
            <w:r>
              <w:rPr>
                <w:b/>
                <w:color w:val="182F44"/>
                <w:sz w:val="19"/>
              </w:rPr>
              <w:t>Member</w:t>
            </w:r>
            <w:r>
              <w:rPr>
                <w:color w:val="646F78"/>
              </w:rPr>
              <w:t xml:space="preserve">  |</w:t>
            </w:r>
            <w:proofErr w:type="gramEnd"/>
            <w:r>
              <w:rPr>
                <w:color w:val="646F78"/>
              </w:rPr>
              <w:t xml:space="preserve">  Ambrose Seminary Honour Society</w:t>
            </w:r>
          </w:p>
        </w:tc>
        <w:tc>
          <w:tcPr>
            <w:tcW w:w="4939" w:type="dxa"/>
          </w:tcPr>
          <w:p w14:paraId="0081590B" w14:textId="77777777" w:rsidR="00F7563C" w:rsidRDefault="00000000">
            <w:pPr>
              <w:spacing w:before="80"/>
              <w:jc w:val="right"/>
            </w:pPr>
            <w:r>
              <w:rPr>
                <w:color w:val="646F78"/>
                <w:sz w:val="17"/>
              </w:rPr>
              <w:t>May 2024–Present</w:t>
            </w:r>
          </w:p>
        </w:tc>
      </w:tr>
      <w:tr w:rsidR="00F7563C" w14:paraId="58B0FBBC" w14:textId="77777777">
        <w:tc>
          <w:tcPr>
            <w:tcW w:w="4939" w:type="dxa"/>
          </w:tcPr>
          <w:p w14:paraId="5DC912DE" w14:textId="77777777" w:rsidR="00F7563C" w:rsidRDefault="00000000">
            <w:pPr>
              <w:spacing w:before="80"/>
            </w:pPr>
            <w:proofErr w:type="gramStart"/>
            <w:r>
              <w:rPr>
                <w:b/>
                <w:color w:val="182F44"/>
                <w:sz w:val="19"/>
              </w:rPr>
              <w:t>Member</w:t>
            </w:r>
            <w:r>
              <w:rPr>
                <w:color w:val="646F78"/>
              </w:rPr>
              <w:t xml:space="preserve">  |</w:t>
            </w:r>
            <w:proofErr w:type="gramEnd"/>
            <w:r>
              <w:rPr>
                <w:color w:val="646F78"/>
              </w:rPr>
              <w:t xml:space="preserve">  Society of Biblical Literature</w:t>
            </w:r>
          </w:p>
        </w:tc>
        <w:tc>
          <w:tcPr>
            <w:tcW w:w="4939" w:type="dxa"/>
          </w:tcPr>
          <w:p w14:paraId="05E5B72D" w14:textId="77777777" w:rsidR="00F7563C" w:rsidRDefault="00000000">
            <w:pPr>
              <w:spacing w:before="80"/>
              <w:jc w:val="right"/>
            </w:pPr>
            <w:r>
              <w:rPr>
                <w:color w:val="646F78"/>
                <w:sz w:val="17"/>
              </w:rPr>
              <w:t>Jun 2024–Present</w:t>
            </w:r>
          </w:p>
        </w:tc>
      </w:tr>
      <w:tr w:rsidR="00F7563C" w14:paraId="70E20C12" w14:textId="77777777">
        <w:tc>
          <w:tcPr>
            <w:tcW w:w="4939" w:type="dxa"/>
          </w:tcPr>
          <w:p w14:paraId="18B63297" w14:textId="77777777" w:rsidR="00F7563C" w:rsidRDefault="00000000">
            <w:pPr>
              <w:spacing w:before="80"/>
            </w:pPr>
            <w:proofErr w:type="gramStart"/>
            <w:r>
              <w:rPr>
                <w:b/>
                <w:color w:val="182F44"/>
                <w:sz w:val="19"/>
              </w:rPr>
              <w:t>Member</w:t>
            </w:r>
            <w:r>
              <w:rPr>
                <w:color w:val="646F78"/>
              </w:rPr>
              <w:t xml:space="preserve">  |</w:t>
            </w:r>
            <w:proofErr w:type="gramEnd"/>
            <w:r>
              <w:rPr>
                <w:color w:val="646F78"/>
              </w:rPr>
              <w:t xml:space="preserve">  I-CARE Task Force</w:t>
            </w:r>
          </w:p>
        </w:tc>
        <w:tc>
          <w:tcPr>
            <w:tcW w:w="4939" w:type="dxa"/>
          </w:tcPr>
          <w:p w14:paraId="20BF95C9" w14:textId="77777777" w:rsidR="00F7563C" w:rsidRDefault="00000000">
            <w:pPr>
              <w:spacing w:before="80"/>
              <w:jc w:val="right"/>
            </w:pPr>
            <w:r>
              <w:rPr>
                <w:color w:val="646F78"/>
                <w:sz w:val="17"/>
              </w:rPr>
              <w:t>Sep 2020–Present</w:t>
            </w:r>
          </w:p>
        </w:tc>
      </w:tr>
    </w:tbl>
    <w:p w14:paraId="2AF5F664" w14:textId="77777777" w:rsidR="003D3761" w:rsidRDefault="003D3761"/>
    <w:sectPr w:rsidR="003D3761" w:rsidSect="00034616">
      <w:footerReference w:type="default" r:id="rId9"/>
      <w:pgSz w:w="12240" w:h="15840"/>
      <w:pgMar w:top="994" w:right="1181" w:bottom="95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90AA" w14:textId="77777777" w:rsidR="008447D6" w:rsidRDefault="008447D6">
      <w:pPr>
        <w:spacing w:line="240" w:lineRule="auto"/>
      </w:pPr>
      <w:r>
        <w:separator/>
      </w:r>
    </w:p>
  </w:endnote>
  <w:endnote w:type="continuationSeparator" w:id="0">
    <w:p w14:paraId="7ABA558C" w14:textId="77777777" w:rsidR="008447D6" w:rsidRDefault="008447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0AE1" w14:textId="77777777" w:rsidR="00F7563C" w:rsidRDefault="00000000">
    <w:pPr>
      <w:pStyle w:val="Footer"/>
      <w:jc w:val="right"/>
    </w:pPr>
    <w:r>
      <w:rPr>
        <w:color w:val="646F78"/>
        <w:sz w:val="15"/>
      </w:rPr>
      <w:t xml:space="preserve">ALESSA </w:t>
    </w:r>
    <w:proofErr w:type="gramStart"/>
    <w:r>
      <w:rPr>
        <w:color w:val="646F78"/>
        <w:sz w:val="15"/>
      </w:rPr>
      <w:t>POLITO  •</w:t>
    </w:r>
    <w:proofErr w:type="gramEnd"/>
    <w:r>
      <w:rPr>
        <w:color w:val="646F78"/>
        <w:sz w:val="15"/>
      </w:rPr>
      <w:t xml:space="preserve">  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6E8BD" w14:textId="77777777" w:rsidR="008447D6" w:rsidRDefault="008447D6">
      <w:pPr>
        <w:spacing w:line="240" w:lineRule="auto"/>
      </w:pPr>
      <w:r>
        <w:separator/>
      </w:r>
    </w:p>
  </w:footnote>
  <w:footnote w:type="continuationSeparator" w:id="0">
    <w:p w14:paraId="0919EF4C" w14:textId="77777777" w:rsidR="008447D6" w:rsidRDefault="008447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7269198">
    <w:abstractNumId w:val="8"/>
  </w:num>
  <w:num w:numId="2" w16cid:durableId="745497196">
    <w:abstractNumId w:val="6"/>
  </w:num>
  <w:num w:numId="3" w16cid:durableId="367998114">
    <w:abstractNumId w:val="5"/>
  </w:num>
  <w:num w:numId="4" w16cid:durableId="463815585">
    <w:abstractNumId w:val="4"/>
  </w:num>
  <w:num w:numId="5" w16cid:durableId="938489847">
    <w:abstractNumId w:val="7"/>
  </w:num>
  <w:num w:numId="6" w16cid:durableId="374043215">
    <w:abstractNumId w:val="3"/>
  </w:num>
  <w:num w:numId="7" w16cid:durableId="175000522">
    <w:abstractNumId w:val="2"/>
  </w:num>
  <w:num w:numId="8" w16cid:durableId="1297488029">
    <w:abstractNumId w:val="1"/>
  </w:num>
  <w:num w:numId="9" w16cid:durableId="161817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3761"/>
    <w:rsid w:val="004D6701"/>
    <w:rsid w:val="007D0909"/>
    <w:rsid w:val="008447D6"/>
    <w:rsid w:val="00967F0D"/>
    <w:rsid w:val="009F41E3"/>
    <w:rsid w:val="00AA1D8D"/>
    <w:rsid w:val="00B47730"/>
    <w:rsid w:val="00CB0664"/>
    <w:rsid w:val="00E117F2"/>
    <w:rsid w:val="00F756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900067"/>
  <w14:defaultImageDpi w14:val="300"/>
  <w15:docId w15:val="{116AC82D-0779-44F5-A2E3-D7BA7797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ptos" w:hAnsi="Aptos"/>
      <w:color w:val="2B3440"/>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F41E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F41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ssa.Polito@ucalgary.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729</Words>
  <Characters>4583</Characters>
  <Application>Microsoft Office Word</Application>
  <DocSecurity>0</DocSecurity>
  <Lines>152</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Alessa Polito | Curriculum Vitae</dc:title>
  <dc:subject/>
  <dc:creator>Alessa Polito</dc:creator>
  <cp:keywords/>
  <dc:description>generated by python-docx</dc:description>
  <cp:lastModifiedBy>Alessa Polito</cp:lastModifiedBy>
  <cp:revision>6</cp:revision>
  <dcterms:created xsi:type="dcterms:W3CDTF">2026-10-19T23:03:00Z</dcterms:created>
  <dcterms:modified xsi:type="dcterms:W3CDTF">2026-10-19T23:12:00Z</dcterms:modified>
  <cp:category/>
</cp:coreProperties>
</file>